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53DB6" w14:textId="41D73D38" w:rsidR="00D56399" w:rsidRDefault="002B32CC">
      <w:pPr>
        <w:jc w:val="center"/>
      </w:pPr>
      <w:r>
        <w:rPr>
          <w:b/>
          <w:color w:val="1F4E79"/>
          <w:sz w:val="32"/>
        </w:rPr>
        <w:t>WWW.</w:t>
      </w:r>
      <w:r w:rsidR="00000000">
        <w:rPr>
          <w:b/>
          <w:color w:val="1F4E79"/>
          <w:sz w:val="32"/>
        </w:rPr>
        <w:t>BADAITALIA</w:t>
      </w:r>
      <w:r>
        <w:rPr>
          <w:b/>
          <w:color w:val="1F4E79"/>
          <w:sz w:val="32"/>
        </w:rPr>
        <w:t>.IT</w:t>
      </w:r>
    </w:p>
    <w:p w14:paraId="5B7D2032" w14:textId="19C51E48" w:rsidR="00D56399" w:rsidRDefault="00D56399">
      <w:pPr>
        <w:jc w:val="center"/>
      </w:pPr>
    </w:p>
    <w:p w14:paraId="6A48F707" w14:textId="77777777" w:rsidR="00D56399" w:rsidRDefault="00000000">
      <w:pPr>
        <w:pStyle w:val="Titolo"/>
      </w:pPr>
      <w:r>
        <w:t>DICHIARAZIONE DI PRESA VISIONE E INFORMAZIONE SULLA PRESENZA DI TELECAMERE IN AMBITO DOMESTICO</w:t>
      </w:r>
    </w:p>
    <w:p w14:paraId="0C39B1B8" w14:textId="77777777" w:rsidR="00D56399" w:rsidRDefault="00000000">
      <w:r>
        <w:rPr>
          <w:b/>
        </w:rPr>
        <w:t xml:space="preserve">Attenzione: </w:t>
      </w:r>
      <w:r>
        <w:t>questo modulo documenta l’avvenuta informazione della lavoratrice. Non costituisce, da solo, un’autorizzazione legale all’installazione o all’utilizzo delle telecamere e non sostituisce la verifica degli obblighi applicabili al caso concreto.</w:t>
      </w:r>
    </w:p>
    <w:p w14:paraId="1C63A215" w14:textId="77777777" w:rsidR="00D56399" w:rsidRDefault="00000000">
      <w:r>
        <w:t>DATI DEL DATORE DI LAVORO / FAMIGLIA</w:t>
      </w:r>
    </w:p>
    <w:p w14:paraId="354DC8FC" w14:textId="77777777" w:rsidR="00D56399" w:rsidRDefault="00000000">
      <w:r>
        <w:t>Nome e cognome: __________________________________________________________</w:t>
      </w:r>
    </w:p>
    <w:p w14:paraId="04243EB9" w14:textId="77777777" w:rsidR="00D56399" w:rsidRDefault="00000000">
      <w:r>
        <w:t>Indirizzo dell’abitazione: ____________________________________________________</w:t>
      </w:r>
    </w:p>
    <w:p w14:paraId="7D86E425" w14:textId="77777777" w:rsidR="00D56399" w:rsidRDefault="00000000">
      <w:r>
        <w:t>Recapito: _________________________________________________________________</w:t>
      </w:r>
    </w:p>
    <w:p w14:paraId="3AEB4E56" w14:textId="77777777" w:rsidR="00D56399" w:rsidRDefault="00000000">
      <w:r>
        <w:t>DATI DELLA LAVORATRICE</w:t>
      </w:r>
    </w:p>
    <w:p w14:paraId="70290C7C" w14:textId="77777777" w:rsidR="00D56399" w:rsidRDefault="00000000">
      <w:r>
        <w:t>Nome e cognome: __________________________________________________________</w:t>
      </w:r>
    </w:p>
    <w:p w14:paraId="71D0E9AE" w14:textId="77777777" w:rsidR="00D56399" w:rsidRDefault="00000000">
      <w:r>
        <w:t>Mansione:  ☐ badante convivente   ☐ badante a ore   ☐ altra: _______________________</w:t>
      </w:r>
    </w:p>
    <w:p w14:paraId="76A1A321" w14:textId="77777777" w:rsidR="00D56399" w:rsidRDefault="00000000">
      <w:pPr>
        <w:pStyle w:val="Titolo1"/>
      </w:pPr>
      <w:r>
        <w:t>1. Informazioni sul sistema di videosorveglianza</w:t>
      </w:r>
    </w:p>
    <w:p w14:paraId="31FC30FC" w14:textId="77777777" w:rsidR="00D56399" w:rsidRDefault="00000000">
      <w:r>
        <w:t>La famiglia informa la lavoratrice che presso l’abitazione sopra indicata è presente un sistema di telecamere, installato per le seguenti finalità specifiche (barrare e descrivere):</w:t>
      </w:r>
    </w:p>
    <w:p w14:paraId="32F00119" w14:textId="77777777" w:rsidR="00D56399" w:rsidRDefault="00000000">
      <w:r>
        <w:t>☐ Sicurezza della persona assistita e gestione di situazioni di rischio</w:t>
      </w:r>
    </w:p>
    <w:p w14:paraId="3C66F5D9" w14:textId="77777777" w:rsidR="00D56399" w:rsidRDefault="00000000">
      <w:r>
        <w:t>☐ Protezione dell’abitazione e dei beni</w:t>
      </w:r>
    </w:p>
    <w:p w14:paraId="54F25089" w14:textId="77777777" w:rsidR="00D56399" w:rsidRDefault="00000000">
      <w:r>
        <w:t>☐ Altra finalità specifica: ___________________________________________________</w:t>
      </w:r>
    </w:p>
    <w:p w14:paraId="6F087547" w14:textId="77777777" w:rsidR="00D56399" w:rsidRDefault="00000000">
      <w:r>
        <w:t>Aree interessate dalle riprese (indicare con precisione):</w:t>
      </w:r>
    </w:p>
    <w:p w14:paraId="32881902" w14:textId="77777777" w:rsidR="00D56399" w:rsidRDefault="00000000">
      <w:r>
        <w:t>__________________________________________________________________________</w:t>
      </w:r>
      <w:r>
        <w:br/>
        <w:t>__________________________________________________________________________</w:t>
      </w:r>
    </w:p>
    <w:p w14:paraId="2A343114" w14:textId="77777777" w:rsidR="00D56399" w:rsidRDefault="00000000">
      <w:r>
        <w:t>Modalità di funzionamento:  ☐ solo in determinate fasce orarie: _____________________</w:t>
      </w:r>
      <w:r>
        <w:br/>
        <w:t>☐ attivazione in caso di evento/allarme   ☐ altro: __________________________________</w:t>
      </w:r>
    </w:p>
    <w:p w14:paraId="2F4B8D74" w14:textId="77777777" w:rsidR="00D56399" w:rsidRDefault="00000000">
      <w:r>
        <w:t>Registrazione delle immagini:  ☐ sì   ☐ no       Audio:  ☐ no   ☐ sì (da valutare con particolare cautela e previa verifica legale)</w:t>
      </w:r>
    </w:p>
    <w:p w14:paraId="007E7608" w14:textId="77777777" w:rsidR="00D56399" w:rsidRDefault="00000000">
      <w:r>
        <w:t>Periodo di conservazione previsto, se le immagini vengono registrate: __________________</w:t>
      </w:r>
      <w:r>
        <w:br/>
        <w:t>Persone autorizzate ad accedere alle immagini: ______________________________________</w:t>
      </w:r>
      <w:r>
        <w:br/>
        <w:t>Recapito per informazioni: _______________________________________________________</w:t>
      </w:r>
    </w:p>
    <w:p w14:paraId="0E82D10C" w14:textId="77777777" w:rsidR="00D56399" w:rsidRDefault="00000000">
      <w:pPr>
        <w:pStyle w:val="Titolo1"/>
      </w:pPr>
      <w:r>
        <w:lastRenderedPageBreak/>
        <w:t>2. Regole di utilizzo e tutela della dignità</w:t>
      </w:r>
    </w:p>
    <w:p w14:paraId="4B9A7F6B" w14:textId="77777777" w:rsidR="00D56399" w:rsidRDefault="00000000">
      <w:pPr>
        <w:pStyle w:val="Puntoelenco"/>
      </w:pPr>
      <w:r>
        <w:t>Le telecamere saranno orientate e utilizzate limitando le riprese alle aree strettamente necessarie alle finalità dichiarate.</w:t>
      </w:r>
    </w:p>
    <w:p w14:paraId="01170AD9" w14:textId="77777777" w:rsidR="00D56399" w:rsidRDefault="00000000">
      <w:pPr>
        <w:pStyle w:val="Puntoelenco"/>
      </w:pPr>
      <w:r>
        <w:t>Non saranno collocate o utilizzate in bagni, spogliatoi o altri luoghi nei quali la ripresa comprometterebbe la dignità e la riservatezza della persona.</w:t>
      </w:r>
    </w:p>
    <w:p w14:paraId="6C07CFE4" w14:textId="77777777" w:rsidR="00D56399" w:rsidRDefault="00000000">
      <w:pPr>
        <w:pStyle w:val="Puntoelenco"/>
      </w:pPr>
      <w:r>
        <w:t>Le immagini non saranno diffuse né condivise sui social o con soggetti non autorizzati. L’accesso sarà limitato e protetto con adeguate misure di sicurezza.</w:t>
      </w:r>
    </w:p>
    <w:p w14:paraId="02BF4C5A" w14:textId="77777777" w:rsidR="00D56399" w:rsidRDefault="00000000">
      <w:pPr>
        <w:pStyle w:val="Puntoelenco"/>
      </w:pPr>
      <w:r>
        <w:t>La presenza delle telecamere non autorizza un controllo indiscriminato o continuativo della prestazione lavorativa. Le modalità di utilizzo devono rispettare la normativa applicabile e i diritti della lavoratrice.</w:t>
      </w:r>
    </w:p>
    <w:p w14:paraId="7FE0D4B6" w14:textId="77777777" w:rsidR="00D56399" w:rsidRDefault="00000000">
      <w:pPr>
        <w:pStyle w:val="Puntoelenco"/>
      </w:pPr>
      <w:r>
        <w:t>Eventuali riprese audio, monitoraggio da remoto o modifiche alle finalità e alle aree riprese richiedono una valutazione specifica prima dell’attivazione.</w:t>
      </w:r>
    </w:p>
    <w:p w14:paraId="6F4D36EA" w14:textId="77777777" w:rsidR="00D56399" w:rsidRDefault="00000000">
      <w:pPr>
        <w:pStyle w:val="Titolo1"/>
      </w:pPr>
      <w:r>
        <w:t>3. Dichiarazione della lavoratrice</w:t>
      </w:r>
    </w:p>
    <w:p w14:paraId="0040960A" w14:textId="77777777" w:rsidR="00D56399" w:rsidRDefault="00000000">
      <w:r>
        <w:t>La sottoscritta dichiara:</w:t>
      </w:r>
    </w:p>
    <w:p w14:paraId="48C8A7D1" w14:textId="77777777" w:rsidR="00D56399" w:rsidRDefault="00000000">
      <w:pPr>
        <w:pStyle w:val="Puntoelenco"/>
      </w:pPr>
      <w:r>
        <w:t>di essere stata informata della presenza del sistema di telecamere e delle aree interessate, come indicate nel presente modulo;</w:t>
      </w:r>
    </w:p>
    <w:p w14:paraId="54DAE0E1" w14:textId="77777777" w:rsidR="00D56399" w:rsidRDefault="00000000">
      <w:pPr>
        <w:pStyle w:val="Puntoelenco"/>
      </w:pPr>
      <w:r>
        <w:t>di aver ricevuto la possibilità di chiedere chiarimenti sulle modalità di funzionamento e sulle finalità dichiarate;</w:t>
      </w:r>
    </w:p>
    <w:p w14:paraId="6BF20BCD" w14:textId="77777777" w:rsidR="00D56399" w:rsidRDefault="00000000">
      <w:pPr>
        <w:pStyle w:val="Puntoelenco"/>
      </w:pPr>
      <w:r>
        <w:t>di aver ricevuto copia del presente documento.</w:t>
      </w:r>
    </w:p>
    <w:p w14:paraId="3FBB9F2C" w14:textId="77777777" w:rsidR="00D56399" w:rsidRDefault="00000000">
      <w:r>
        <w:rPr>
          <w:b/>
        </w:rPr>
        <w:t xml:space="preserve">La firma attesta la presa visione e l’avvenuta informazione; </w:t>
      </w:r>
      <w:r>
        <w:t>non equivale automaticamente a consenso al trattamento dei dati, né sana eventuali installazioni o modalità di utilizzo non conformi alla legge.</w:t>
      </w:r>
    </w:p>
    <w:p w14:paraId="1BD643D0" w14:textId="77777777" w:rsidR="00D56399" w:rsidRDefault="00000000">
      <w:r>
        <w:br/>
        <w:t>Luogo e data: ______________________________________________________________</w:t>
      </w:r>
    </w:p>
    <w:p w14:paraId="05F43A76" w14:textId="77777777" w:rsidR="00D56399" w:rsidRDefault="00000000">
      <w:r>
        <w:br/>
        <w:t>Firma del datore di lavoro: ___________________________________________________</w:t>
      </w:r>
    </w:p>
    <w:p w14:paraId="057387AE" w14:textId="77777777" w:rsidR="00D56399" w:rsidRDefault="00000000">
      <w:r>
        <w:br/>
        <w:t>Firma della lavoratrice per presa visione: ________________________________________</w:t>
      </w:r>
    </w:p>
    <w:p w14:paraId="7BC415A1" w14:textId="5E133330" w:rsidR="00D56399" w:rsidRDefault="00000000">
      <w:pPr>
        <w:jc w:val="center"/>
      </w:pPr>
      <w:proofErr w:type="spellStart"/>
      <w:r>
        <w:rPr>
          <w:i/>
          <w:color w:val="1F4E79"/>
        </w:rPr>
        <w:t>Badaitalia</w:t>
      </w:r>
      <w:proofErr w:type="spellEnd"/>
      <w:r>
        <w:rPr>
          <w:i/>
          <w:color w:val="1F4E79"/>
        </w:rPr>
        <w:t xml:space="preserve"> – </w:t>
      </w:r>
      <w:proofErr w:type="spellStart"/>
      <w:r>
        <w:rPr>
          <w:i/>
          <w:color w:val="1F4E79"/>
        </w:rPr>
        <w:t>Specialisti</w:t>
      </w:r>
      <w:proofErr w:type="spellEnd"/>
      <w:r>
        <w:rPr>
          <w:i/>
          <w:color w:val="1F4E79"/>
        </w:rPr>
        <w:t xml:space="preserve"> </w:t>
      </w:r>
      <w:proofErr w:type="spellStart"/>
      <w:r>
        <w:rPr>
          <w:i/>
          <w:color w:val="1F4E79"/>
        </w:rPr>
        <w:t>nel</w:t>
      </w:r>
      <w:proofErr w:type="spellEnd"/>
      <w:r>
        <w:rPr>
          <w:i/>
          <w:color w:val="1F4E79"/>
        </w:rPr>
        <w:t xml:space="preserve"> </w:t>
      </w:r>
      <w:proofErr w:type="spellStart"/>
      <w:r>
        <w:rPr>
          <w:i/>
          <w:color w:val="1F4E79"/>
        </w:rPr>
        <w:t>settore</w:t>
      </w:r>
      <w:proofErr w:type="spellEnd"/>
      <w:r>
        <w:rPr>
          <w:i/>
          <w:color w:val="1F4E79"/>
        </w:rPr>
        <w:t xml:space="preserve"> </w:t>
      </w:r>
      <w:r w:rsidR="002B32CC">
        <w:rPr>
          <w:i/>
          <w:color w:val="1F4E79"/>
        </w:rPr>
        <w:t>domestic</w:t>
      </w:r>
      <w:r w:rsidR="002B32CC">
        <w:rPr>
          <w:i/>
          <w:color w:val="1F4E79"/>
        </w:rPr>
        <w:br/>
        <w:t>www.badaitalia.it</w:t>
      </w:r>
    </w:p>
    <w:sectPr w:rsidR="00D56399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37938468">
    <w:abstractNumId w:val="8"/>
  </w:num>
  <w:num w:numId="2" w16cid:durableId="588393097">
    <w:abstractNumId w:val="6"/>
  </w:num>
  <w:num w:numId="3" w16cid:durableId="483862231">
    <w:abstractNumId w:val="5"/>
  </w:num>
  <w:num w:numId="4" w16cid:durableId="1721317015">
    <w:abstractNumId w:val="4"/>
  </w:num>
  <w:num w:numId="5" w16cid:durableId="788472930">
    <w:abstractNumId w:val="7"/>
  </w:num>
  <w:num w:numId="6" w16cid:durableId="1038508648">
    <w:abstractNumId w:val="3"/>
  </w:num>
  <w:num w:numId="7" w16cid:durableId="602110845">
    <w:abstractNumId w:val="2"/>
  </w:num>
  <w:num w:numId="8" w16cid:durableId="2126927330">
    <w:abstractNumId w:val="1"/>
  </w:num>
  <w:num w:numId="9" w16cid:durableId="31156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B32CC"/>
    <w:rsid w:val="00326F90"/>
    <w:rsid w:val="007F5A89"/>
    <w:rsid w:val="00AA1D8D"/>
    <w:rsid w:val="00B47730"/>
    <w:rsid w:val="00CB0664"/>
    <w:rsid w:val="00CC78E1"/>
    <w:rsid w:val="00D5639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2B504FD"/>
  <w14:defaultImageDpi w14:val="300"/>
  <w15:docId w15:val="{78587D3E-B0FC-4442-B120-E791A236F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color w:val="2D3741"/>
      <w:sz w:val="19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4E79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4E79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34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 I D I A ..</cp:lastModifiedBy>
  <cp:revision>2</cp:revision>
  <dcterms:created xsi:type="dcterms:W3CDTF">2026-10-12T13:41:00Z</dcterms:created>
  <dcterms:modified xsi:type="dcterms:W3CDTF">2026-10-12T13:41:00Z</dcterms:modified>
  <cp:category/>
</cp:coreProperties>
</file>